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שוטפת של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שמות תואר בזכר ובנקבה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משפטים קצרים הכוללים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רכה ולבנה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קרה ומתוקה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צהובה ובהירה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במשפט המקורי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במשפט כתוב שהברכה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במשפט כתוב שהמחברת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רַכָּה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מְתוּקָה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צְהֻבָּה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זכר ונקבה - מצאו את הזוג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(קְטַנָּה)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(גְּדוֹלָה)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(צְהֻבָּה)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(לְבָנָה)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לתרגול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במילה שיש בה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מקישים על המילה ושומעים איך קוראים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מקישים על כל הברה בתורה ומוחאים כף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את המילה שוב בשטף, בלי לעצור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עם שם עצם ושם תואר מתאים, למשל: הכלב הקטן רץ מהר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שווא הוא סימן קטן מתחת לאות שלפעמים לא שומעים 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זוג מילים נכון כמו קטן/קטנה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למילה להברות, להקיש על כל הברה ואז לקרוא שוב בשטף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המשפטים בקול רם ביחד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חלוקה להברות על הלוח לפני תרגיל ההשלמה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זכר-נקבה כדאי לתת דוגמה נוספת מהכיתה לפני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קריאה של משפטים עם מילים שיש בהן שווא, ונכיר שמות תואר שמתארים חפצים, בעלי חיים וילדים.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רַכָּה  ·  מְתוּקָה  ·  צְהֻבָּה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השמיכה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רכה ולבנה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קשה ושחורה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כבדה וצהובה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הגלידה?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חמה ומתוקה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קרה ומתוקה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קרה ומרה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צבע השמש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צהובה ובהירה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הסירה במשפט קטנה ולבנה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הברכה במשפט קטנה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המחברת של התלמיד ישנה וקרועה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הַשְּׂמִיכָה __________ וּלְבָנָה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הַגְּלִידָה קָרָה וְ__________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הַשֶּׁמֶשׁ __________ וּבְהִירָה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זכר ונקבה - מצאו את הזוג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קָטָן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לְבָנָה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גָּדוֹל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צְהֻבָּה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צָהֹב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גְּדוֹלָה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לָבָן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קְטַנָּה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לתרגול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המילה שוב בשטף, בלי לעצור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מקישים על כל הברה בתורה ומוחאים כף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מסתכלים במילה שיש בה שווא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מקישים על המילה ושומעים איך קוראים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קצר משלכם על בעל חיים או חפץ, עם שם תואר אחד לפחות (למשל: צבע או גודל)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שווא?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עם שם תואר בזכר ובנקבה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