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תואר בזכר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קצרים הכוללים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רכה ולבנה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קרה ומתוקה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צהובה ובהירה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קם מוקדם וקורא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במשפט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במשפט כתוב שהברכה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במשפט כתוב שהמחברת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הדבורה מחפשת פרחים ריחניים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רַכָּה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מְתוּקָה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צְהֻבָּה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קְטַנָּה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כְּחֻלָּה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רְטֻבָּה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זכר ונקבה - מצאו את הזוג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(קְטַנָּה)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(גְּדוֹלָה)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(צְהֻבָּה)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(לְבָנָה)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(אֲדֻמָּה)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לתרגול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במילה שיש בה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מקישים על המילה ושומעים איך קוראים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כל הברה בתורה ומוחאים כף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המילה שוב בשטף, בלי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עם שם עצם ושם תואר מתאים, למשל: הכלב הקטן רץ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הוא סימן קטן מתחת לאות שלפעמים לא שומעים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זוג מילים נכון כמו קטן/קטנה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למילה להברות, להקיש על כל הברה ואז לקרוא שוב בשטף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רם ביחד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חלוקה להברות על הלוח לפני תרגיל 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זכר-נקבה כדאי לתת דוגמה נוספת מהכיתה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קוראים משפטים קצרים. יש בהם מילים קשות עם שווא. נתרגל לקרוא אותן לאט ואז מהר.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קטן מתחת לאות, לפעמים לא שומעים 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הֲבָרָה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מילה, כמו מַ-חְ-בֶּ-רֶת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שֵׁם תֹּאַר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זָכָר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של בן, למשל: קָטָן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נְקֵבָה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של בת, למשל: קְטַנָּה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קְרִיאָה שׁוֹטֶפֶת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מילה בלי לעצור, בלי להתקע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ביחד שיש בהן משמעות שלמה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השמיכה?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רכה ולבנה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ושחורה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כבדה וצהובה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קטנה וירוקה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הגלידה טעימה?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חמה ומתוקה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קרה ומתוקה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קרה ומרה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חמה ומרה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צהובה ובהירה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הילדה מרגישה?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התרנגול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ישן עד הצהריים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קם מוקדם וקורא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שותה מים 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לובש גרביים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הסירה במשפט קטנה ולבנה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הברכה במשפט קטנה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המחברת של התלמיד ישנה וקרועה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הזברה במשפט מפוספסת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הדבורה במשפט מחפשת אבנים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הַשְּׂמִיכָה __________ וּלְבָנָה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הַגְּלִידָה קָרָה וְ__________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הַשֶּׁמֶשׁ __________ וּבְהִירָה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הַסִּירָה __________ וּלְבָנָה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יֵשׁ לִי שִׂמְלָה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הַמַּטְרִיָּה הַצִּבְעוֹנִית __________ מֵהַגֶּשֶׁם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זכר ונקבה - מצאו את הזוג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קָטָן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לְבָנָה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גָּדוֹל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קְטַנָּה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צָהֹב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אֲדֻמָּה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לָבָן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צְהֻבָּה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אָדֹם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גְּדוֹלָה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לתרגול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מקישים על המילה ושומעים איך קוראים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מקישים על כל הברה בתורה ומוחאים כף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שוב בשטף, בלי לעצור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במילה שיש בה שווא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משלכם על בעל חיים או חפץ, עם שם תואר אחד לפחות (למשל: צבע או גודל)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עם שם תואר בזכר ובנקבה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כדי לתרגל קריאה שוטפת של מילה 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