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שוטפת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תואר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קצרים הכוללים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רכה ולבנה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קרה ומתוקה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צהובה ובהירה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קם מוקדם וקורא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במשפט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במשפט כתוב שהברכה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במשפט כתוב שהמחברת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הדבורה מחפשת פרחים ריחניים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רַכָּה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צְהֻבָּה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קְטַנָּה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כְּחֻלָּה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רְטֻבָּה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זכר ונקבה - מצאו את הזוג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(קְטַנָּה)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(גְּדוֹלָה)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(צְהֻבָּה)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(לְבָנָה)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(אֲדֻמָּה)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לתרגול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שיש בה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מקישים על המילה ושומעים איך קוראים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כל הברה בתורה ומוחאים כף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שוב בשטף, בלי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עם שם עצם ושם תואר מתאים, למשל: הכלב הקטן רץ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קטן מתחת לאות שלפעמים לא שומעים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זוג מילים נכון כמו קטן/קטנה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למילה להברות, להקיש על כל הברה ואז לקרוא שוב בשטף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ביחד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חלוקה להברות על הלוח לפני תרגיל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זכר-נקבה כדאי לתת דוגמה נוספת מהכיתה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קריאה של משפטים עם מילים שיש בהן שווא, ונכיר שמות תואר שמתארים חפצים, בעלי חיים וילדים.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השמיכה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רכה ולבנה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ושחורה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כבדה וצהובה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 וירוקה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קרה ומרה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חמה ומרה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צבע השמש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צהובה ובהירה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הילדה מרגישה?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לתרנגול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ישן עד הצהריים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קם מוקדם וקורא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שותה מים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לובש גרביים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הסירה במשפט קטנה ולבנה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הברכה במשפט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המחברת של התלמיד ישנה וקרועה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במשפט מפוספסת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הדבורה במשפט מחפשת אבנים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הַשְּׂמִיכָה __________ וּלְבָנָה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הַגְּלִידָה קָרָה וְ__________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הַשֶּׁמֶשׁ __________ וּבְהִירָה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הַסִּירָה __________ וּלְבָנָה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יֵשׁ לִי שִׂמְלָה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הַמַּטְרִיָּה הַצִּבְעוֹנִית __________ מֵהַגֶּשֶׁם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זכר ונקבה - מצאו את הזוג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קָטָן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גְּדוֹלָה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גָּדוֹל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צְהֻבָּה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צָהֹב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לְבָנָה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לָבָן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אֲדֻמָּה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אָדֹם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קְטַנָּה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לתרגול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שוב בשטף, בלי לעצור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במילה שיש בה שווא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המילה ושומעים איך קוראים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מקישים על כל הברה בתורה ומוחאים כף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על בעל חיים או חפץ, עם שם תואר אחד לפחות (למשל: צבע או גודל)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עם שם תואר בזכר ובנקבה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כדי לתרגל קריאה שוטפת של מילה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